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97459" w14:textId="77777777" w:rsidR="00820E0D" w:rsidRPr="00A301E8" w:rsidRDefault="00000000">
      <w:pPr>
        <w:spacing w:before="340" w:after="600"/>
        <w:jc w:val="center"/>
        <w:rPr>
          <w:rFonts w:ascii="Times New Roman" w:hAnsi="Times New Roman" w:cs="Times New Roman"/>
          <w:sz w:val="28"/>
          <w:szCs w:val="28"/>
          <w:lang w:val="sl-SI"/>
        </w:rPr>
      </w:pPr>
      <w:r w:rsidRPr="00A301E8">
        <w:rPr>
          <w:rFonts w:ascii="Times New Roman" w:hAnsi="Times New Roman" w:cs="Times New Roman"/>
          <w:b/>
          <w:sz w:val="28"/>
          <w:szCs w:val="28"/>
          <w:lang w:val="sl-SI"/>
        </w:rPr>
        <w:t>SOGLASJE H KANDIDATURI</w:t>
      </w:r>
    </w:p>
    <w:p w14:paraId="1DE7C804" w14:textId="39747601" w:rsidR="001929C7" w:rsidRPr="00A301E8" w:rsidRDefault="00000000">
      <w:pPr>
        <w:spacing w:after="160"/>
        <w:rPr>
          <w:rFonts w:ascii="Times New Roman" w:hAnsi="Times New Roman" w:cs="Times New Roman"/>
          <w:sz w:val="24"/>
          <w:szCs w:val="24"/>
          <w:lang w:val="sl-SI"/>
        </w:rPr>
      </w:pPr>
      <w:r w:rsidRPr="00A301E8">
        <w:rPr>
          <w:rFonts w:ascii="Times New Roman" w:hAnsi="Times New Roman" w:cs="Times New Roman"/>
          <w:sz w:val="24"/>
          <w:szCs w:val="24"/>
          <w:lang w:val="sl-SI"/>
        </w:rPr>
        <w:t>Spodaj podpisa</w:t>
      </w:r>
      <w:r w:rsidR="00B03831">
        <w:rPr>
          <w:rFonts w:ascii="Times New Roman" w:hAnsi="Times New Roman" w:cs="Times New Roman"/>
          <w:sz w:val="24"/>
          <w:szCs w:val="24"/>
          <w:lang w:val="sl-SI"/>
        </w:rPr>
        <w:t>ni</w:t>
      </w:r>
      <w:r w:rsidRPr="00A301E8">
        <w:rPr>
          <w:rFonts w:ascii="Times New Roman" w:hAnsi="Times New Roman" w:cs="Times New Roman"/>
          <w:sz w:val="24"/>
          <w:szCs w:val="24"/>
          <w:lang w:val="sl-SI"/>
        </w:rPr>
        <w:t xml:space="preserve"> ____________________________________________, </w:t>
      </w:r>
    </w:p>
    <w:p w14:paraId="33F13201" w14:textId="346EE8DA" w:rsidR="00820E0D" w:rsidRPr="00A301E8" w:rsidRDefault="00000000">
      <w:pPr>
        <w:spacing w:after="160"/>
        <w:rPr>
          <w:rFonts w:ascii="Times New Roman" w:hAnsi="Times New Roman" w:cs="Times New Roman"/>
          <w:sz w:val="24"/>
          <w:szCs w:val="24"/>
          <w:lang w:val="sl-SI"/>
        </w:rPr>
      </w:pPr>
      <w:r w:rsidRPr="00A301E8">
        <w:rPr>
          <w:rFonts w:ascii="Times New Roman" w:hAnsi="Times New Roman" w:cs="Times New Roman"/>
          <w:sz w:val="24"/>
          <w:szCs w:val="24"/>
          <w:lang w:val="sl-SI"/>
        </w:rPr>
        <w:t>soglašam s kandidaturo za spodaj označeno funkcijo za volilno obdobje 2026–2030: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06"/>
        <w:gridCol w:w="8338"/>
      </w:tblGrid>
      <w:tr w:rsidR="00820E0D" w:rsidRPr="00A301E8" w14:paraId="73FB63FF" w14:textId="77777777">
        <w:trPr>
          <w:trHeight w:val="677"/>
          <w:jc w:val="center"/>
        </w:trPr>
        <w:tc>
          <w:tcPr>
            <w:tcW w:w="8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1828A1" w14:textId="77777777" w:rsidR="00820E0D" w:rsidRPr="00A301E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A301E8">
              <w:rPr>
                <w:rFonts w:ascii="Segoe UI Symbol" w:eastAsia="DejaVu Sans" w:hAnsi="Segoe UI Symbol" w:cs="Segoe UI Symbol"/>
                <w:sz w:val="24"/>
                <w:szCs w:val="24"/>
                <w:lang w:val="sl-SI"/>
              </w:rPr>
              <w:t>☐</w:t>
            </w:r>
          </w:p>
        </w:tc>
        <w:tc>
          <w:tcPr>
            <w:tcW w:w="83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DB8148" w14:textId="32E8DAF6" w:rsidR="00820E0D" w:rsidRPr="00A301E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A301E8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Predsednik Društva EMDR Slovenija</w:t>
            </w:r>
          </w:p>
        </w:tc>
      </w:tr>
      <w:tr w:rsidR="00820E0D" w:rsidRPr="00A301E8" w14:paraId="60B099FB" w14:textId="77777777">
        <w:trPr>
          <w:trHeight w:val="677"/>
          <w:jc w:val="center"/>
        </w:trPr>
        <w:tc>
          <w:tcPr>
            <w:tcW w:w="8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381A5C" w14:textId="77777777" w:rsidR="00820E0D" w:rsidRPr="00A301E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A301E8">
              <w:rPr>
                <w:rFonts w:ascii="Segoe UI Symbol" w:eastAsia="DejaVu Sans" w:hAnsi="Segoe UI Symbol" w:cs="Segoe UI Symbol"/>
                <w:sz w:val="24"/>
                <w:szCs w:val="24"/>
                <w:lang w:val="sl-SI"/>
              </w:rPr>
              <w:t>☐</w:t>
            </w:r>
          </w:p>
        </w:tc>
        <w:tc>
          <w:tcPr>
            <w:tcW w:w="83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58047B" w14:textId="5E694F8A" w:rsidR="00820E0D" w:rsidRPr="00A301E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A301E8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Podpredsednik Društva EMDR Slovenija</w:t>
            </w:r>
          </w:p>
        </w:tc>
      </w:tr>
      <w:tr w:rsidR="00820E0D" w:rsidRPr="00A301E8" w14:paraId="06EF2CBF" w14:textId="77777777">
        <w:trPr>
          <w:trHeight w:val="677"/>
          <w:jc w:val="center"/>
        </w:trPr>
        <w:tc>
          <w:tcPr>
            <w:tcW w:w="8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100DF8" w14:textId="77777777" w:rsidR="00820E0D" w:rsidRPr="00A301E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A301E8">
              <w:rPr>
                <w:rFonts w:ascii="Segoe UI Symbol" w:eastAsia="DejaVu Sans" w:hAnsi="Segoe UI Symbol" w:cs="Segoe UI Symbol"/>
                <w:sz w:val="24"/>
                <w:szCs w:val="24"/>
                <w:lang w:val="sl-SI"/>
              </w:rPr>
              <w:t>☐</w:t>
            </w:r>
          </w:p>
        </w:tc>
        <w:tc>
          <w:tcPr>
            <w:tcW w:w="83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F4D07D" w14:textId="206CB28F" w:rsidR="00820E0D" w:rsidRPr="00A301E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A301E8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Član upravnega odbora</w:t>
            </w:r>
          </w:p>
        </w:tc>
      </w:tr>
      <w:tr w:rsidR="00820E0D" w:rsidRPr="00A301E8" w14:paraId="39C8B405" w14:textId="77777777">
        <w:trPr>
          <w:trHeight w:val="677"/>
          <w:jc w:val="center"/>
        </w:trPr>
        <w:tc>
          <w:tcPr>
            <w:tcW w:w="8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944D11" w14:textId="77777777" w:rsidR="00820E0D" w:rsidRPr="00A301E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A301E8">
              <w:rPr>
                <w:rFonts w:ascii="Segoe UI Symbol" w:eastAsia="DejaVu Sans" w:hAnsi="Segoe UI Symbol" w:cs="Segoe UI Symbol"/>
                <w:sz w:val="24"/>
                <w:szCs w:val="24"/>
                <w:lang w:val="sl-SI"/>
              </w:rPr>
              <w:t>☐</w:t>
            </w:r>
          </w:p>
        </w:tc>
        <w:tc>
          <w:tcPr>
            <w:tcW w:w="83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5D490F" w14:textId="4498F0E8" w:rsidR="00820E0D" w:rsidRPr="00A301E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A301E8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Generalni sekretar</w:t>
            </w:r>
          </w:p>
        </w:tc>
      </w:tr>
      <w:tr w:rsidR="00820E0D" w:rsidRPr="00A301E8" w14:paraId="4C7967BD" w14:textId="77777777">
        <w:trPr>
          <w:trHeight w:val="677"/>
          <w:jc w:val="center"/>
        </w:trPr>
        <w:tc>
          <w:tcPr>
            <w:tcW w:w="8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AEE920" w14:textId="77777777" w:rsidR="00820E0D" w:rsidRPr="00A301E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A301E8">
              <w:rPr>
                <w:rFonts w:ascii="Segoe UI Symbol" w:eastAsia="DejaVu Sans" w:hAnsi="Segoe UI Symbol" w:cs="Segoe UI Symbol"/>
                <w:sz w:val="24"/>
                <w:szCs w:val="24"/>
                <w:lang w:val="sl-SI"/>
              </w:rPr>
              <w:t>☐</w:t>
            </w:r>
          </w:p>
        </w:tc>
        <w:tc>
          <w:tcPr>
            <w:tcW w:w="83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324B23" w14:textId="11BE1738" w:rsidR="00820E0D" w:rsidRPr="00A301E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A301E8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Blagajnik</w:t>
            </w:r>
          </w:p>
        </w:tc>
      </w:tr>
      <w:tr w:rsidR="00820E0D" w:rsidRPr="00A301E8" w14:paraId="3B608D2C" w14:textId="77777777">
        <w:trPr>
          <w:trHeight w:val="677"/>
          <w:jc w:val="center"/>
        </w:trPr>
        <w:tc>
          <w:tcPr>
            <w:tcW w:w="8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8D9852" w14:textId="77777777" w:rsidR="00820E0D" w:rsidRPr="00A301E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A301E8">
              <w:rPr>
                <w:rFonts w:ascii="Segoe UI Symbol" w:eastAsia="DejaVu Sans" w:hAnsi="Segoe UI Symbol" w:cs="Segoe UI Symbol"/>
                <w:sz w:val="24"/>
                <w:szCs w:val="24"/>
                <w:lang w:val="sl-SI"/>
              </w:rPr>
              <w:t>☐</w:t>
            </w:r>
          </w:p>
        </w:tc>
        <w:tc>
          <w:tcPr>
            <w:tcW w:w="83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9FC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1979C0" w14:textId="0432A7A9" w:rsidR="00820E0D" w:rsidRPr="00A301E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A301E8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Član nadzornega odbora</w:t>
            </w:r>
          </w:p>
        </w:tc>
      </w:tr>
      <w:tr w:rsidR="00820E0D" w:rsidRPr="00A301E8" w14:paraId="3918167B" w14:textId="77777777">
        <w:trPr>
          <w:trHeight w:val="677"/>
          <w:jc w:val="center"/>
        </w:trPr>
        <w:tc>
          <w:tcPr>
            <w:tcW w:w="80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14A356" w14:textId="77777777" w:rsidR="00820E0D" w:rsidRPr="00A301E8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A301E8">
              <w:rPr>
                <w:rFonts w:ascii="Segoe UI Symbol" w:eastAsia="DejaVu Sans" w:hAnsi="Segoe UI Symbol" w:cs="Segoe UI Symbol"/>
                <w:sz w:val="24"/>
                <w:szCs w:val="24"/>
                <w:lang w:val="sl-SI"/>
              </w:rPr>
              <w:t>☐</w:t>
            </w:r>
          </w:p>
        </w:tc>
        <w:tc>
          <w:tcPr>
            <w:tcW w:w="833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CABF41" w14:textId="6493C894" w:rsidR="00820E0D" w:rsidRPr="00A301E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A301E8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Član častnega razsodišča</w:t>
            </w:r>
          </w:p>
        </w:tc>
      </w:tr>
    </w:tbl>
    <w:p w14:paraId="6C232C72" w14:textId="77777DDF" w:rsidR="00820E0D" w:rsidRPr="00A301E8" w:rsidRDefault="00000000">
      <w:pPr>
        <w:spacing w:before="380" w:after="360"/>
        <w:rPr>
          <w:rFonts w:ascii="Times New Roman" w:hAnsi="Times New Roman" w:cs="Times New Roman"/>
          <w:sz w:val="24"/>
          <w:szCs w:val="24"/>
          <w:lang w:val="sl-SI"/>
        </w:rPr>
      </w:pPr>
      <w:r w:rsidRPr="00A301E8">
        <w:rPr>
          <w:rFonts w:ascii="Times New Roman" w:hAnsi="Times New Roman" w:cs="Times New Roman"/>
          <w:sz w:val="24"/>
          <w:szCs w:val="24"/>
          <w:lang w:val="sl-SI"/>
        </w:rPr>
        <w:t>In se zavezujem, da bom funkcijo odgovorno in vestno izpolnjeval.</w:t>
      </w:r>
    </w:p>
    <w:p w14:paraId="1C6D015C" w14:textId="77777777" w:rsidR="00820E0D" w:rsidRPr="00A301E8" w:rsidRDefault="00000000">
      <w:pPr>
        <w:spacing w:after="440" w:line="259" w:lineRule="auto"/>
        <w:rPr>
          <w:rFonts w:ascii="Times New Roman" w:hAnsi="Times New Roman" w:cs="Times New Roman"/>
          <w:sz w:val="24"/>
          <w:szCs w:val="24"/>
          <w:lang w:val="sl-SI"/>
        </w:rPr>
      </w:pPr>
      <w:r w:rsidRPr="00A301E8">
        <w:rPr>
          <w:rFonts w:ascii="Times New Roman" w:hAnsi="Times New Roman" w:cs="Times New Roman"/>
          <w:sz w:val="24"/>
          <w:szCs w:val="24"/>
          <w:lang w:val="sl-SI"/>
        </w:rPr>
        <w:t>Dovoljujem obdelavo in uporabo mojih osebnih podatkov, vendar izključno v skladu z namenom in v zvezi s postopkom imenovanja v organ Društva EMDR Slovenija za volilno obdobje 2026–2030.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35"/>
        <w:gridCol w:w="3600"/>
        <w:gridCol w:w="1037"/>
        <w:gridCol w:w="3470"/>
      </w:tblGrid>
      <w:tr w:rsidR="00820E0D" w:rsidRPr="00A301E8" w14:paraId="0D3F2431" w14:textId="77777777">
        <w:trPr>
          <w:trHeight w:val="691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1CD9E849" w14:textId="77777777" w:rsidR="00820E0D" w:rsidRPr="00A301E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A301E8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V/Na:</w:t>
            </w:r>
          </w:p>
        </w:tc>
        <w:tc>
          <w:tcPr>
            <w:tcW w:w="360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6EB10565" w14:textId="77777777" w:rsidR="00820E0D" w:rsidRPr="00A301E8" w:rsidRDefault="00820E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</w:tc>
        <w:tc>
          <w:tcPr>
            <w:tcW w:w="1037" w:type="dxa"/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1828DB78" w14:textId="77777777" w:rsidR="00820E0D" w:rsidRPr="00A301E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A301E8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dne:</w:t>
            </w:r>
          </w:p>
        </w:tc>
        <w:tc>
          <w:tcPr>
            <w:tcW w:w="347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72785418" w14:textId="77777777" w:rsidR="00820E0D" w:rsidRPr="00A301E8" w:rsidRDefault="00820E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</w:tc>
      </w:tr>
      <w:tr w:rsidR="00820E0D" w:rsidRPr="00A301E8" w14:paraId="7D2E6569" w14:textId="77777777">
        <w:trPr>
          <w:trHeight w:val="806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4A5C2EDC" w14:textId="77777777" w:rsidR="00820E0D" w:rsidRPr="00A301E8" w:rsidRDefault="00820E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</w:tc>
        <w:tc>
          <w:tcPr>
            <w:tcW w:w="3600" w:type="dxa"/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4D7E9D91" w14:textId="77777777" w:rsidR="00820E0D" w:rsidRPr="00A301E8" w:rsidRDefault="00820E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</w:tc>
        <w:tc>
          <w:tcPr>
            <w:tcW w:w="1037" w:type="dxa"/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0D6F8FE2" w14:textId="77777777" w:rsidR="00820E0D" w:rsidRPr="00A301E8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A301E8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Podpis:</w:t>
            </w:r>
          </w:p>
        </w:tc>
        <w:tc>
          <w:tcPr>
            <w:tcW w:w="347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40" w:type="dxa"/>
            </w:tcMar>
            <w:vAlign w:val="bottom"/>
          </w:tcPr>
          <w:p w14:paraId="0BEF7A2A" w14:textId="77777777" w:rsidR="00820E0D" w:rsidRPr="00A301E8" w:rsidRDefault="00820E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</w:tc>
      </w:tr>
    </w:tbl>
    <w:p w14:paraId="77F56A46" w14:textId="77777777" w:rsidR="00F16343" w:rsidRPr="00A301E8" w:rsidRDefault="00F16343">
      <w:pPr>
        <w:rPr>
          <w:rFonts w:ascii="Times New Roman" w:hAnsi="Times New Roman" w:cs="Times New Roman"/>
          <w:sz w:val="24"/>
          <w:szCs w:val="24"/>
          <w:lang w:val="sl-SI"/>
        </w:rPr>
      </w:pPr>
    </w:p>
    <w:p w14:paraId="5B6C8E67" w14:textId="77777777" w:rsidR="00A301E8" w:rsidRPr="00A301E8" w:rsidRDefault="00A301E8">
      <w:pPr>
        <w:rPr>
          <w:rFonts w:ascii="Times New Roman" w:hAnsi="Times New Roman" w:cs="Times New Roman"/>
          <w:sz w:val="24"/>
          <w:szCs w:val="24"/>
          <w:lang w:val="sl-SI"/>
        </w:rPr>
      </w:pPr>
    </w:p>
    <w:p w14:paraId="0627F9F2" w14:textId="09FFE4B1" w:rsidR="00A301E8" w:rsidRPr="00A301E8" w:rsidRDefault="00A301E8">
      <w:pPr>
        <w:rPr>
          <w:rFonts w:ascii="Times New Roman" w:hAnsi="Times New Roman" w:cs="Times New Roman"/>
          <w:sz w:val="20"/>
          <w:szCs w:val="20"/>
        </w:rPr>
      </w:pPr>
      <w:r w:rsidRPr="00A301E8">
        <w:rPr>
          <w:rFonts w:ascii="Times New Roman" w:hAnsi="Times New Roman" w:cs="Times New Roman"/>
          <w:i/>
          <w:iCs/>
          <w:sz w:val="20"/>
          <w:szCs w:val="20"/>
        </w:rPr>
        <w:t>V tem obrazcu uporabljeni izrazi, ki se nanašajo na osebe in so zapisani v moški slovnični obliki, so uporabljeni kot nevtralni za ženski in moški spol.</w:t>
      </w:r>
    </w:p>
    <w:sectPr w:rsidR="00A301E8" w:rsidRPr="00A301E8" w:rsidSect="00034616">
      <w:headerReference w:type="default" r:id="rId8"/>
      <w:pgSz w:w="11906" w:h="16838"/>
      <w:pgMar w:top="1238" w:right="1368" w:bottom="1181" w:left="1368" w:header="46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D9474" w14:textId="77777777" w:rsidR="0010270A" w:rsidRDefault="0010270A">
      <w:pPr>
        <w:spacing w:after="0" w:line="240" w:lineRule="auto"/>
      </w:pPr>
      <w:r>
        <w:separator/>
      </w:r>
    </w:p>
  </w:endnote>
  <w:endnote w:type="continuationSeparator" w:id="0">
    <w:p w14:paraId="2222CB73" w14:textId="77777777" w:rsidR="0010270A" w:rsidRDefault="00102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BA881" w14:textId="77777777" w:rsidR="0010270A" w:rsidRDefault="0010270A">
      <w:pPr>
        <w:spacing w:after="0" w:line="240" w:lineRule="auto"/>
      </w:pPr>
      <w:r>
        <w:separator/>
      </w:r>
    </w:p>
  </w:footnote>
  <w:footnote w:type="continuationSeparator" w:id="0">
    <w:p w14:paraId="05AEC9B8" w14:textId="77777777" w:rsidR="0010270A" w:rsidRDefault="00102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9170"/>
    </w:tblGrid>
    <w:tr w:rsidR="00820E0D" w14:paraId="46E3E4B2" w14:textId="77777777">
      <w:trPr>
        <w:jc w:val="center"/>
      </w:trPr>
      <w:tc>
        <w:tcPr>
          <w:tcW w:w="9288" w:type="dxa"/>
          <w:tcBorders>
            <w:bottom w:val="single" w:sz="24" w:space="0" w:color="4F81BD"/>
          </w:tcBorders>
          <w:tcMar>
            <w:top w:w="0" w:type="dxa"/>
            <w:left w:w="0" w:type="dxa"/>
            <w:bottom w:w="55" w:type="dxa"/>
            <w:right w:w="0" w:type="dxa"/>
          </w:tcMar>
        </w:tcPr>
        <w:p w14:paraId="2BCBDCD7" w14:textId="77777777" w:rsidR="00820E0D" w:rsidRDefault="00000000">
          <w:pPr>
            <w:spacing w:after="40"/>
          </w:pPr>
          <w:r>
            <w:rPr>
              <w:noProof/>
            </w:rPr>
            <w:drawing>
              <wp:inline distT="0" distB="0" distL="0" distR="0" wp14:anchorId="2606ACFF" wp14:editId="69277BEA">
                <wp:extent cx="1691640" cy="56388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mdr_slo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1640" cy="563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6300222">
    <w:abstractNumId w:val="8"/>
  </w:num>
  <w:num w:numId="2" w16cid:durableId="1512835676">
    <w:abstractNumId w:val="6"/>
  </w:num>
  <w:num w:numId="3" w16cid:durableId="1481341608">
    <w:abstractNumId w:val="5"/>
  </w:num>
  <w:num w:numId="4" w16cid:durableId="554975065">
    <w:abstractNumId w:val="4"/>
  </w:num>
  <w:num w:numId="5" w16cid:durableId="1350790522">
    <w:abstractNumId w:val="7"/>
  </w:num>
  <w:num w:numId="6" w16cid:durableId="41901766">
    <w:abstractNumId w:val="3"/>
  </w:num>
  <w:num w:numId="7" w16cid:durableId="1749620447">
    <w:abstractNumId w:val="2"/>
  </w:num>
  <w:num w:numId="8" w16cid:durableId="336618454">
    <w:abstractNumId w:val="1"/>
  </w:num>
  <w:num w:numId="9" w16cid:durableId="2053844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270A"/>
    <w:rsid w:val="0015074B"/>
    <w:rsid w:val="001929C7"/>
    <w:rsid w:val="0029639D"/>
    <w:rsid w:val="00326F90"/>
    <w:rsid w:val="00820E0D"/>
    <w:rsid w:val="00855317"/>
    <w:rsid w:val="00A301E8"/>
    <w:rsid w:val="00AA1D8D"/>
    <w:rsid w:val="00B03831"/>
    <w:rsid w:val="00B47730"/>
    <w:rsid w:val="00CB0664"/>
    <w:rsid w:val="00F1634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927C0"/>
  <w14:defaultImageDpi w14:val="300"/>
  <w15:docId w15:val="{F17E9CA7-D292-40B9-B843-4F7718CF4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Maja Remic</cp:lastModifiedBy>
  <cp:revision>4</cp:revision>
  <dcterms:created xsi:type="dcterms:W3CDTF">2013-12-23T23:15:00Z</dcterms:created>
  <dcterms:modified xsi:type="dcterms:W3CDTF">2026-10-11T18:22:00Z</dcterms:modified>
  <cp:category/>
</cp:coreProperties>
</file>