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4AF56" w14:textId="77777777" w:rsidR="003E3690" w:rsidRDefault="003E3690">
      <w:pPr>
        <w:keepNext/>
        <w:spacing w:before="160" w:after="60"/>
        <w:jc w:val="center"/>
        <w:rPr>
          <w:b/>
          <w:sz w:val="24"/>
        </w:rPr>
      </w:pPr>
    </w:p>
    <w:p w14:paraId="798FC51D" w14:textId="48AF34AD" w:rsidR="000C535D" w:rsidRPr="003E3690" w:rsidRDefault="00000000">
      <w:pPr>
        <w:keepNext/>
        <w:spacing w:before="160" w:after="60"/>
        <w:jc w:val="center"/>
        <w:rPr>
          <w:sz w:val="28"/>
          <w:szCs w:val="28"/>
        </w:rPr>
      </w:pPr>
      <w:r w:rsidRPr="003E3690">
        <w:rPr>
          <w:b/>
          <w:sz w:val="28"/>
          <w:szCs w:val="28"/>
        </w:rPr>
        <w:t>PREDLOG KANDIDATOV ZA ČLANA ČASTNEGA RAZSODIŠČA DRUŠTVA EMDR SLOVENIJA</w:t>
      </w:r>
    </w:p>
    <w:p w14:paraId="1B89E385" w14:textId="77777777" w:rsidR="000C535D" w:rsidRPr="003E3690" w:rsidRDefault="00000000">
      <w:pPr>
        <w:keepNext/>
        <w:spacing w:after="480"/>
        <w:jc w:val="center"/>
        <w:rPr>
          <w:sz w:val="28"/>
          <w:szCs w:val="28"/>
        </w:rPr>
      </w:pPr>
      <w:r w:rsidRPr="003E3690">
        <w:rPr>
          <w:b/>
          <w:sz w:val="28"/>
          <w:szCs w:val="28"/>
        </w:rPr>
        <w:t>ZA OBDOBJE 2026–2030</w:t>
      </w:r>
    </w:p>
    <w:p w14:paraId="13EA3412" w14:textId="77777777" w:rsidR="000C535D" w:rsidRDefault="00000000">
      <w:pPr>
        <w:spacing w:after="0"/>
      </w:pPr>
      <w:r>
        <w:t>Spodaj podpisani član Društva EMDR Slovenija: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44"/>
      </w:tblGrid>
      <w:tr w:rsidR="000C535D" w14:paraId="0F837377" w14:textId="77777777">
        <w:trPr>
          <w:trHeight w:hRule="exact" w:val="835"/>
          <w:jc w:val="center"/>
        </w:trPr>
        <w:tc>
          <w:tcPr>
            <w:tcW w:w="914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DC4659" w14:textId="77777777" w:rsidR="000C535D" w:rsidRDefault="00000000">
            <w:pPr>
              <w:spacing w:after="0"/>
            </w:pPr>
            <w:r>
              <w:t xml:space="preserve"> </w:t>
            </w:r>
          </w:p>
        </w:tc>
      </w:tr>
    </w:tbl>
    <w:p w14:paraId="40F1595F" w14:textId="77777777" w:rsidR="000C535D" w:rsidRDefault="000C535D">
      <w:pPr>
        <w:spacing w:after="0" w:line="160" w:lineRule="exact"/>
      </w:pPr>
    </w:p>
    <w:p w14:paraId="05FE73BF" w14:textId="433D2420" w:rsidR="000C535D" w:rsidRDefault="00000000">
      <w:pPr>
        <w:spacing w:after="0"/>
      </w:pPr>
      <w:r>
        <w:t>predlagam naslednj</w:t>
      </w:r>
      <w:r w:rsidR="00623FD8">
        <w:t>e</w:t>
      </w:r>
      <w:r>
        <w:t xml:space="preserve"> kandidat</w:t>
      </w:r>
      <w:r w:rsidR="00623FD8">
        <w:t>e</w:t>
      </w:r>
      <w:r>
        <w:t xml:space="preserve"> za član</w:t>
      </w:r>
      <w:r w:rsidR="00623FD8">
        <w:t>e</w:t>
      </w:r>
      <w:r>
        <w:t xml:space="preserve"> Častnega razsodišča Društva EMDR Slovenija:</w:t>
      </w:r>
    </w:p>
    <w:p w14:paraId="0DAB1EE3" w14:textId="77777777" w:rsidR="000C535D" w:rsidRDefault="000C535D">
      <w:pPr>
        <w:spacing w:after="0" w:line="100" w:lineRule="exact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5"/>
        <w:gridCol w:w="8539"/>
      </w:tblGrid>
      <w:tr w:rsidR="000C535D" w14:paraId="50D96280" w14:textId="77777777">
        <w:trPr>
          <w:trHeight w:hRule="exact" w:val="1037"/>
          <w:jc w:val="center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C9C4A" w14:textId="77777777" w:rsidR="000C535D" w:rsidRDefault="00000000">
            <w:pPr>
              <w:spacing w:after="0"/>
            </w:pPr>
            <w:r>
              <w:t>1.</w:t>
            </w:r>
          </w:p>
        </w:tc>
        <w:tc>
          <w:tcPr>
            <w:tcW w:w="853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94BB11" w14:textId="77777777" w:rsidR="000C535D" w:rsidRDefault="00000000">
            <w:pPr>
              <w:spacing w:after="0"/>
            </w:pPr>
            <w:r>
              <w:t xml:space="preserve"> </w:t>
            </w:r>
          </w:p>
        </w:tc>
      </w:tr>
      <w:tr w:rsidR="000C535D" w14:paraId="48CB692D" w14:textId="77777777" w:rsidTr="00623FD8">
        <w:trPr>
          <w:trHeight w:hRule="exact" w:val="1037"/>
          <w:jc w:val="center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4B4D9" w14:textId="77777777" w:rsidR="000C535D" w:rsidRDefault="00000000">
            <w:pPr>
              <w:spacing w:after="0"/>
            </w:pPr>
            <w:r>
              <w:t>2.</w:t>
            </w:r>
          </w:p>
        </w:tc>
        <w:tc>
          <w:tcPr>
            <w:tcW w:w="85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AB555" w14:textId="77777777" w:rsidR="000C535D" w:rsidRDefault="00000000">
            <w:pPr>
              <w:spacing w:after="0"/>
            </w:pPr>
            <w:r>
              <w:t xml:space="preserve"> </w:t>
            </w:r>
          </w:p>
        </w:tc>
      </w:tr>
      <w:tr w:rsidR="00623FD8" w14:paraId="53B47DAE" w14:textId="77777777">
        <w:trPr>
          <w:trHeight w:hRule="exact" w:val="1037"/>
          <w:jc w:val="center"/>
        </w:trPr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3FAA7" w14:textId="7B9C6B24" w:rsidR="00623FD8" w:rsidRDefault="00623FD8">
            <w:pPr>
              <w:spacing w:after="0"/>
            </w:pPr>
            <w:r>
              <w:t>3.</w:t>
            </w:r>
          </w:p>
        </w:tc>
        <w:tc>
          <w:tcPr>
            <w:tcW w:w="853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3C11F" w14:textId="77777777" w:rsidR="00623FD8" w:rsidRDefault="00623FD8">
            <w:pPr>
              <w:spacing w:after="0"/>
            </w:pPr>
          </w:p>
        </w:tc>
      </w:tr>
    </w:tbl>
    <w:p w14:paraId="3E8EC162" w14:textId="77777777" w:rsidR="000C535D" w:rsidRDefault="000C535D">
      <w:pPr>
        <w:spacing w:after="0" w:line="48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2"/>
        <w:gridCol w:w="4392"/>
        <w:gridCol w:w="749"/>
        <w:gridCol w:w="2448"/>
      </w:tblGrid>
      <w:tr w:rsidR="000C535D" w14:paraId="376EFD47" w14:textId="77777777">
        <w:trPr>
          <w:trHeight w:hRule="exact" w:val="749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9DA4DF" w14:textId="77777777" w:rsidR="000C535D" w:rsidRDefault="00000000">
            <w:pPr>
              <w:spacing w:after="0"/>
            </w:pPr>
            <w:r>
              <w:t>V/Na: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CAB171" w14:textId="77777777" w:rsidR="000C535D" w:rsidRDefault="000C535D">
            <w:pPr>
              <w:spacing w:after="0"/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05F8E4" w14:textId="77777777" w:rsidR="000C535D" w:rsidRDefault="00000000">
            <w:pPr>
              <w:spacing w:after="0"/>
            </w:pPr>
            <w:r>
              <w:t>dne: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2A2F8C" w14:textId="77777777" w:rsidR="000C535D" w:rsidRDefault="000C535D">
            <w:pPr>
              <w:spacing w:after="0"/>
            </w:pPr>
          </w:p>
        </w:tc>
      </w:tr>
    </w:tbl>
    <w:p w14:paraId="37F76A74" w14:textId="77777777" w:rsidR="000C535D" w:rsidRDefault="000C535D">
      <w:pPr>
        <w:spacing w:after="0" w:line="36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79"/>
        <w:gridCol w:w="4536"/>
      </w:tblGrid>
      <w:tr w:rsidR="000C535D" w14:paraId="0DEAC71C" w14:textId="77777777">
        <w:trPr>
          <w:trHeight w:hRule="exact" w:val="893"/>
        </w:trPr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BBBFEE" w14:textId="77777777" w:rsidR="000C535D" w:rsidRDefault="00000000">
            <w:pPr>
              <w:spacing w:after="0"/>
            </w:pPr>
            <w:r>
              <w:t>Podpis: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BED47F" w14:textId="77777777" w:rsidR="000C535D" w:rsidRDefault="000C535D">
            <w:pPr>
              <w:spacing w:after="0"/>
            </w:pPr>
          </w:p>
        </w:tc>
      </w:tr>
    </w:tbl>
    <w:p w14:paraId="02E52EC7" w14:textId="77777777" w:rsidR="001C4F68" w:rsidRDefault="001C4F68"/>
    <w:sectPr w:rsidR="001C4F68" w:rsidSect="00034616">
      <w:headerReference w:type="default" r:id="rId8"/>
      <w:footerReference w:type="default" r:id="rId9"/>
      <w:pgSz w:w="11906" w:h="16838"/>
      <w:pgMar w:top="1224" w:right="1368" w:bottom="1152" w:left="1368" w:header="461" w:footer="69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1FD03" w14:textId="77777777" w:rsidR="00C51F23" w:rsidRDefault="00C51F23">
      <w:pPr>
        <w:spacing w:after="0" w:line="240" w:lineRule="auto"/>
      </w:pPr>
      <w:r>
        <w:separator/>
      </w:r>
    </w:p>
  </w:endnote>
  <w:endnote w:type="continuationSeparator" w:id="0">
    <w:p w14:paraId="3E9A43CD" w14:textId="77777777" w:rsidR="00C51F23" w:rsidRDefault="00C51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30DEF" w14:textId="77777777" w:rsidR="000C535D" w:rsidRPr="003E3690" w:rsidRDefault="00000000">
    <w:pPr>
      <w:pStyle w:val="Footer"/>
      <w:rPr>
        <w:i/>
        <w:iCs/>
        <w:lang w:val="sl-SI"/>
      </w:rPr>
    </w:pPr>
    <w:r w:rsidRPr="003E3690">
      <w:rPr>
        <w:i/>
        <w:iCs/>
        <w:sz w:val="18"/>
        <w:lang w:val="sl-SI"/>
      </w:rPr>
      <w:t>V tem obrazcu uporabljeni izrazi, ki se nanašajo na osebe in so zapisani v moški slovnični obliki, so uporabljeni kot nevtralni za ženski in moški spol.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BF03C" w14:textId="77777777" w:rsidR="00C51F23" w:rsidRDefault="00C51F23">
      <w:pPr>
        <w:spacing w:after="0" w:line="240" w:lineRule="auto"/>
      </w:pPr>
      <w:r>
        <w:separator/>
      </w:r>
    </w:p>
  </w:footnote>
  <w:footnote w:type="continuationSeparator" w:id="0">
    <w:p w14:paraId="1FB8B209" w14:textId="77777777" w:rsidR="00C51F23" w:rsidRDefault="00C51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9170"/>
    </w:tblGrid>
    <w:tr w:rsidR="000C535D" w14:paraId="23FEBA2B" w14:textId="77777777">
      <w:trPr>
        <w:jc w:val="center"/>
      </w:trPr>
      <w:tc>
        <w:tcPr>
          <w:tcW w:w="9288" w:type="dxa"/>
          <w:tcBorders>
            <w:top w:val="nil"/>
            <w:left w:val="nil"/>
            <w:bottom w:val="single" w:sz="24" w:space="0" w:color="4F81BD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1141CA68" w14:textId="77777777" w:rsidR="000C535D" w:rsidRDefault="00000000">
          <w:pPr>
            <w:spacing w:after="60"/>
          </w:pPr>
          <w:r>
            <w:rPr>
              <w:noProof/>
            </w:rPr>
            <w:drawing>
              <wp:inline distT="0" distB="0" distL="0" distR="0" wp14:anchorId="263EFB7D" wp14:editId="5942C06D">
                <wp:extent cx="1691640" cy="56388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mdr_slo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1640" cy="563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3057611">
    <w:abstractNumId w:val="8"/>
  </w:num>
  <w:num w:numId="2" w16cid:durableId="1136988349">
    <w:abstractNumId w:val="6"/>
  </w:num>
  <w:num w:numId="3" w16cid:durableId="57945582">
    <w:abstractNumId w:val="5"/>
  </w:num>
  <w:num w:numId="4" w16cid:durableId="2028215332">
    <w:abstractNumId w:val="4"/>
  </w:num>
  <w:num w:numId="5" w16cid:durableId="2119907889">
    <w:abstractNumId w:val="7"/>
  </w:num>
  <w:num w:numId="6" w16cid:durableId="977536540">
    <w:abstractNumId w:val="3"/>
  </w:num>
  <w:num w:numId="7" w16cid:durableId="872308642">
    <w:abstractNumId w:val="2"/>
  </w:num>
  <w:num w:numId="8" w16cid:durableId="968512172">
    <w:abstractNumId w:val="1"/>
  </w:num>
  <w:num w:numId="9" w16cid:durableId="407847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535D"/>
    <w:rsid w:val="0015074B"/>
    <w:rsid w:val="001C4F68"/>
    <w:rsid w:val="0029639D"/>
    <w:rsid w:val="00326F90"/>
    <w:rsid w:val="003E3690"/>
    <w:rsid w:val="005F4868"/>
    <w:rsid w:val="00623FD8"/>
    <w:rsid w:val="00855317"/>
    <w:rsid w:val="00AA1D8D"/>
    <w:rsid w:val="00B47730"/>
    <w:rsid w:val="00C51F2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C71EDF"/>
  <w14:defaultImageDpi w14:val="300"/>
  <w15:docId w15:val="{F17E9CA7-D292-40B9-B843-4F7718CF4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Maja Remic</cp:lastModifiedBy>
  <cp:revision>3</cp:revision>
  <dcterms:created xsi:type="dcterms:W3CDTF">2013-12-23T23:15:00Z</dcterms:created>
  <dcterms:modified xsi:type="dcterms:W3CDTF">2026-10-26T19:21:00Z</dcterms:modified>
  <cp:category/>
</cp:coreProperties>
</file>