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56823" w14:textId="77777777" w:rsidR="00FF0B19" w:rsidRDefault="00FF0B19">
      <w:pPr>
        <w:keepNext/>
        <w:spacing w:before="160" w:after="60"/>
        <w:jc w:val="center"/>
        <w:rPr>
          <w:b/>
          <w:sz w:val="24"/>
        </w:rPr>
      </w:pPr>
    </w:p>
    <w:p w14:paraId="700B9A5D" w14:textId="77777777" w:rsidR="00FF0B19" w:rsidRDefault="00000000">
      <w:pPr>
        <w:keepNext/>
        <w:spacing w:before="160" w:after="60"/>
        <w:jc w:val="center"/>
        <w:rPr>
          <w:b/>
          <w:sz w:val="28"/>
          <w:szCs w:val="28"/>
        </w:rPr>
      </w:pPr>
      <w:r w:rsidRPr="00FF0B19">
        <w:rPr>
          <w:b/>
          <w:sz w:val="28"/>
          <w:szCs w:val="28"/>
        </w:rPr>
        <w:t xml:space="preserve">PREDLOG KANDIDATA ZA BLAGAJNIKA </w:t>
      </w:r>
    </w:p>
    <w:p w14:paraId="76A78CF8" w14:textId="3B98CD5F" w:rsidR="00452795" w:rsidRPr="00FF0B19" w:rsidRDefault="00000000">
      <w:pPr>
        <w:keepNext/>
        <w:spacing w:before="160" w:after="60"/>
        <w:jc w:val="center"/>
        <w:rPr>
          <w:sz w:val="28"/>
          <w:szCs w:val="28"/>
        </w:rPr>
      </w:pPr>
      <w:r w:rsidRPr="00FF0B19">
        <w:rPr>
          <w:b/>
          <w:sz w:val="28"/>
          <w:szCs w:val="28"/>
        </w:rPr>
        <w:t>DRUŠTVA EMDR SLOVENIJA</w:t>
      </w:r>
    </w:p>
    <w:p w14:paraId="14D80B78" w14:textId="77777777" w:rsidR="00452795" w:rsidRPr="00FF0B19" w:rsidRDefault="00000000">
      <w:pPr>
        <w:keepNext/>
        <w:spacing w:after="480"/>
        <w:jc w:val="center"/>
        <w:rPr>
          <w:sz w:val="28"/>
          <w:szCs w:val="28"/>
        </w:rPr>
      </w:pPr>
      <w:r w:rsidRPr="00FF0B19">
        <w:rPr>
          <w:b/>
          <w:sz w:val="28"/>
          <w:szCs w:val="28"/>
        </w:rPr>
        <w:t>ZA OBDOBJE 2026–2030</w:t>
      </w:r>
    </w:p>
    <w:p w14:paraId="3F3CBA5C" w14:textId="77777777" w:rsidR="00452795" w:rsidRDefault="00000000">
      <w:pPr>
        <w:spacing w:after="0"/>
      </w:pPr>
      <w:r>
        <w:t>Spodaj podpisani član Društva EMDR Slovenija: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44"/>
      </w:tblGrid>
      <w:tr w:rsidR="00452795" w14:paraId="27865914" w14:textId="77777777">
        <w:trPr>
          <w:trHeight w:hRule="exact" w:val="835"/>
          <w:jc w:val="center"/>
        </w:trPr>
        <w:tc>
          <w:tcPr>
            <w:tcW w:w="914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7C62501" w14:textId="77777777" w:rsidR="00452795" w:rsidRDefault="00000000">
            <w:pPr>
              <w:spacing w:after="0"/>
            </w:pPr>
            <w:r>
              <w:t xml:space="preserve"> </w:t>
            </w:r>
          </w:p>
        </w:tc>
      </w:tr>
    </w:tbl>
    <w:p w14:paraId="68141334" w14:textId="77777777" w:rsidR="00452795" w:rsidRDefault="00452795">
      <w:pPr>
        <w:spacing w:after="0" w:line="160" w:lineRule="exact"/>
      </w:pPr>
    </w:p>
    <w:p w14:paraId="6531A1E8" w14:textId="77777777" w:rsidR="00452795" w:rsidRDefault="00000000">
      <w:pPr>
        <w:spacing w:after="0"/>
      </w:pPr>
      <w:r>
        <w:t>predlagam za blagajnika Društva EMDR Slovenija: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144"/>
      </w:tblGrid>
      <w:tr w:rsidR="00452795" w14:paraId="46D3C156" w14:textId="77777777">
        <w:trPr>
          <w:trHeight w:hRule="exact" w:val="1080"/>
          <w:jc w:val="center"/>
        </w:trPr>
        <w:tc>
          <w:tcPr>
            <w:tcW w:w="914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C1D3053" w14:textId="77777777" w:rsidR="00452795" w:rsidRDefault="00000000">
            <w:pPr>
              <w:spacing w:after="0"/>
            </w:pPr>
            <w:r>
              <w:t xml:space="preserve"> </w:t>
            </w:r>
          </w:p>
        </w:tc>
      </w:tr>
    </w:tbl>
    <w:p w14:paraId="44ACCA45" w14:textId="77777777" w:rsidR="00452795" w:rsidRDefault="00452795">
      <w:pPr>
        <w:spacing w:after="0" w:line="48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92"/>
        <w:gridCol w:w="4392"/>
        <w:gridCol w:w="749"/>
        <w:gridCol w:w="2448"/>
      </w:tblGrid>
      <w:tr w:rsidR="00452795" w14:paraId="44862130" w14:textId="77777777">
        <w:trPr>
          <w:trHeight w:hRule="exact" w:val="749"/>
        </w:trPr>
        <w:tc>
          <w:tcPr>
            <w:tcW w:w="7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3D8A497" w14:textId="77777777" w:rsidR="00452795" w:rsidRDefault="00000000">
            <w:pPr>
              <w:spacing w:after="0"/>
            </w:pPr>
            <w:r>
              <w:t>V/Na:</w:t>
            </w:r>
          </w:p>
        </w:tc>
        <w:tc>
          <w:tcPr>
            <w:tcW w:w="4392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192F016F" w14:textId="77777777" w:rsidR="00452795" w:rsidRDefault="00452795">
            <w:pPr>
              <w:spacing w:after="0"/>
            </w:pP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B56CB3A" w14:textId="77777777" w:rsidR="00452795" w:rsidRDefault="00000000">
            <w:pPr>
              <w:spacing w:after="0"/>
            </w:pPr>
            <w:r>
              <w:t>dne:</w:t>
            </w:r>
          </w:p>
        </w:tc>
        <w:tc>
          <w:tcPr>
            <w:tcW w:w="244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0BBF49FD" w14:textId="77777777" w:rsidR="00452795" w:rsidRDefault="00452795">
            <w:pPr>
              <w:spacing w:after="0"/>
            </w:pPr>
          </w:p>
        </w:tc>
      </w:tr>
    </w:tbl>
    <w:p w14:paraId="68B403B4" w14:textId="77777777" w:rsidR="00452795" w:rsidRDefault="00452795">
      <w:pPr>
        <w:spacing w:after="0" w:line="36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79"/>
        <w:gridCol w:w="4536"/>
      </w:tblGrid>
      <w:tr w:rsidR="00452795" w14:paraId="657EC09E" w14:textId="77777777">
        <w:trPr>
          <w:trHeight w:hRule="exact" w:val="893"/>
        </w:trPr>
        <w:tc>
          <w:tcPr>
            <w:tcW w:w="9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CFF055A" w14:textId="77777777" w:rsidR="00452795" w:rsidRDefault="00000000">
            <w:pPr>
              <w:spacing w:after="0"/>
            </w:pPr>
            <w:r>
              <w:t>Podpis: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3E7D3C4A" w14:textId="77777777" w:rsidR="00452795" w:rsidRDefault="00452795">
            <w:pPr>
              <w:spacing w:after="0"/>
            </w:pPr>
          </w:p>
        </w:tc>
      </w:tr>
    </w:tbl>
    <w:p w14:paraId="4AB05027" w14:textId="77777777" w:rsidR="00A00F65" w:rsidRDefault="00A00F65"/>
    <w:sectPr w:rsidR="00A00F65" w:rsidSect="00034616">
      <w:headerReference w:type="default" r:id="rId8"/>
      <w:footerReference w:type="default" r:id="rId9"/>
      <w:pgSz w:w="11906" w:h="16838"/>
      <w:pgMar w:top="1224" w:right="1368" w:bottom="1152" w:left="1368" w:header="461" w:footer="69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8EE7F" w14:textId="77777777" w:rsidR="00A00F65" w:rsidRDefault="00A00F65">
      <w:pPr>
        <w:spacing w:after="0" w:line="240" w:lineRule="auto"/>
      </w:pPr>
      <w:r>
        <w:separator/>
      </w:r>
    </w:p>
  </w:endnote>
  <w:endnote w:type="continuationSeparator" w:id="0">
    <w:p w14:paraId="4FD95AB3" w14:textId="77777777" w:rsidR="00A00F65" w:rsidRDefault="00A00F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BC437C" w14:textId="77777777" w:rsidR="00452795" w:rsidRPr="00FF0B19" w:rsidRDefault="00000000">
    <w:pPr>
      <w:pStyle w:val="Footer"/>
      <w:rPr>
        <w:i/>
        <w:iCs/>
        <w:lang w:val="sl-SI"/>
      </w:rPr>
    </w:pPr>
    <w:r w:rsidRPr="00FF0B19">
      <w:rPr>
        <w:i/>
        <w:iCs/>
        <w:sz w:val="18"/>
        <w:lang w:val="sl-SI"/>
      </w:rPr>
      <w:t>V tem obrazcu uporabljeni izrazi, ki se nanašajo na osebe in so zapisani v moški slovnični obliki, so uporabljeni kot nevtralni za ženski in moški spol.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8C7E7" w14:textId="77777777" w:rsidR="00A00F65" w:rsidRDefault="00A00F65">
      <w:pPr>
        <w:spacing w:after="0" w:line="240" w:lineRule="auto"/>
      </w:pPr>
      <w:r>
        <w:separator/>
      </w:r>
    </w:p>
  </w:footnote>
  <w:footnote w:type="continuationSeparator" w:id="0">
    <w:p w14:paraId="014F667C" w14:textId="77777777" w:rsidR="00A00F65" w:rsidRDefault="00A00F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ook w:val="04A0" w:firstRow="1" w:lastRow="0" w:firstColumn="1" w:lastColumn="0" w:noHBand="0" w:noVBand="1"/>
    </w:tblPr>
    <w:tblGrid>
      <w:gridCol w:w="9170"/>
    </w:tblGrid>
    <w:tr w:rsidR="00452795" w14:paraId="5D3362EC" w14:textId="77777777">
      <w:trPr>
        <w:jc w:val="center"/>
      </w:trPr>
      <w:tc>
        <w:tcPr>
          <w:tcW w:w="9288" w:type="dxa"/>
          <w:tcBorders>
            <w:top w:val="nil"/>
            <w:left w:val="nil"/>
            <w:bottom w:val="single" w:sz="24" w:space="0" w:color="4F81BD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72A5C996" w14:textId="77777777" w:rsidR="00452795" w:rsidRDefault="00000000">
          <w:pPr>
            <w:spacing w:after="60"/>
          </w:pPr>
          <w:r>
            <w:rPr>
              <w:noProof/>
            </w:rPr>
            <w:drawing>
              <wp:inline distT="0" distB="0" distL="0" distR="0" wp14:anchorId="62086016" wp14:editId="765B2839">
                <wp:extent cx="1691640" cy="56388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emdr_slo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91640" cy="5638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4401309">
    <w:abstractNumId w:val="8"/>
  </w:num>
  <w:num w:numId="2" w16cid:durableId="162093956">
    <w:abstractNumId w:val="6"/>
  </w:num>
  <w:num w:numId="3" w16cid:durableId="742872274">
    <w:abstractNumId w:val="5"/>
  </w:num>
  <w:num w:numId="4" w16cid:durableId="1634630910">
    <w:abstractNumId w:val="4"/>
  </w:num>
  <w:num w:numId="5" w16cid:durableId="1505166973">
    <w:abstractNumId w:val="7"/>
  </w:num>
  <w:num w:numId="6" w16cid:durableId="259528807">
    <w:abstractNumId w:val="3"/>
  </w:num>
  <w:num w:numId="7" w16cid:durableId="83577685">
    <w:abstractNumId w:val="2"/>
  </w:num>
  <w:num w:numId="8" w16cid:durableId="439305086">
    <w:abstractNumId w:val="1"/>
  </w:num>
  <w:num w:numId="9" w16cid:durableId="1396008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52795"/>
    <w:rsid w:val="00855317"/>
    <w:rsid w:val="00A00F65"/>
    <w:rsid w:val="00AA1D8D"/>
    <w:rsid w:val="00B47730"/>
    <w:rsid w:val="00CB0664"/>
    <w:rsid w:val="00FC693F"/>
    <w:rsid w:val="00FF0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A7ADC4"/>
  <w14:defaultImageDpi w14:val="300"/>
  <w15:docId w15:val="{F17E9CA7-D292-40B9-B843-4F7718CF4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Maja Remic</cp:lastModifiedBy>
  <cp:revision>2</cp:revision>
  <dcterms:created xsi:type="dcterms:W3CDTF">2013-12-23T23:15:00Z</dcterms:created>
  <dcterms:modified xsi:type="dcterms:W3CDTF">2026-10-11T17:40:00Z</dcterms:modified>
  <cp:category/>
</cp:coreProperties>
</file>